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E0998" w14:textId="77777777" w:rsidR="00E92C3F" w:rsidRDefault="00E92C3F" w:rsidP="00E92C3F">
      <w:pPr>
        <w:pStyle w:val="Header"/>
        <w:tabs>
          <w:tab w:val="clear" w:pos="9360"/>
          <w:tab w:val="right" w:pos="10404"/>
        </w:tabs>
      </w:pPr>
      <w:r w:rsidRPr="003F15D2">
        <w:t>D</w:t>
      </w:r>
      <w:r>
        <w:t>elaware River Joint Toll Bridge Commission</w:t>
      </w:r>
      <w:r>
        <w:tab/>
      </w:r>
      <w:r>
        <w:tab/>
      </w:r>
      <w:r w:rsidRPr="003F15D2">
        <w:t>Contract No. C-798A</w:t>
      </w:r>
      <w:r>
        <w:t>, Capital Project 2336A</w:t>
      </w:r>
    </w:p>
    <w:p w14:paraId="5B32E1C9" w14:textId="77777777" w:rsidR="00E92C3F" w:rsidRDefault="00E92C3F" w:rsidP="00E92C3F">
      <w:pPr>
        <w:pStyle w:val="Header"/>
        <w:pBdr>
          <w:bottom w:val="single" w:sz="4" w:space="1" w:color="auto"/>
        </w:pBdr>
        <w:tabs>
          <w:tab w:val="clear" w:pos="9360"/>
          <w:tab w:val="right" w:pos="10404"/>
        </w:tabs>
      </w:pPr>
      <w:r>
        <w:t xml:space="preserve">Request for Proposals </w:t>
      </w:r>
      <w:r>
        <w:tab/>
      </w:r>
      <w:r>
        <w:tab/>
      </w:r>
      <w:r w:rsidRPr="003F15D2">
        <w:t>Enterprise Resource Planning (ERP) Syste</w:t>
      </w:r>
      <w:r>
        <w:t>m</w:t>
      </w:r>
    </w:p>
    <w:p w14:paraId="4A0CC67E" w14:textId="438160B6" w:rsidR="00E92C3F" w:rsidRDefault="00E92C3F" w:rsidP="00E92C3F">
      <w:pPr>
        <w:pStyle w:val="Header"/>
        <w:pBdr>
          <w:bottom w:val="single" w:sz="4" w:space="1" w:color="auto"/>
        </w:pBdr>
        <w:tabs>
          <w:tab w:val="clear" w:pos="9360"/>
          <w:tab w:val="right" w:pos="10404"/>
        </w:tabs>
      </w:pPr>
      <w:r>
        <w:tab/>
      </w:r>
      <w:r>
        <w:tab/>
        <w:t>Exhibit I</w:t>
      </w:r>
    </w:p>
    <w:p w14:paraId="6727ADE2" w14:textId="77777777" w:rsidR="00E92C3F" w:rsidRPr="00D62C12" w:rsidRDefault="00E92C3F" w:rsidP="00E92C3F">
      <w:pPr>
        <w:pStyle w:val="Header"/>
      </w:pPr>
    </w:p>
    <w:p w14:paraId="78469655" w14:textId="77777777" w:rsidR="00E92C3F" w:rsidRDefault="00E92C3F" w:rsidP="00E92C3F">
      <w:pPr>
        <w:pStyle w:val="Header"/>
      </w:pPr>
    </w:p>
    <w:p w14:paraId="1F6C33CE" w14:textId="196FE978" w:rsidR="00A05F6A" w:rsidRPr="00D62C12" w:rsidRDefault="00A05F6A" w:rsidP="00A05F6A">
      <w:pPr>
        <w:pStyle w:val="Title"/>
        <w:jc w:val="center"/>
        <w:rPr>
          <w:sz w:val="48"/>
          <w:szCs w:val="48"/>
        </w:rPr>
      </w:pPr>
      <w:r w:rsidRPr="00D62C12">
        <w:rPr>
          <w:sz w:val="48"/>
          <w:szCs w:val="48"/>
        </w:rPr>
        <w:t xml:space="preserve">EXHIBIT </w:t>
      </w:r>
      <w:r>
        <w:rPr>
          <w:sz w:val="48"/>
          <w:szCs w:val="48"/>
        </w:rPr>
        <w:t>I</w:t>
      </w:r>
    </w:p>
    <w:p w14:paraId="079CF211" w14:textId="77777777" w:rsidR="00062CB2" w:rsidRDefault="00FA01F8">
      <w:pPr>
        <w:jc w:val="center"/>
      </w:pPr>
      <w:r>
        <w:rPr>
          <w:b/>
          <w:sz w:val="26"/>
        </w:rPr>
        <w:t>TERMS &amp; CONDITIONS ACCEPTANCE AND EXCEPTIONS CERTIFICATION</w:t>
      </w:r>
    </w:p>
    <w:p w14:paraId="197DA263" w14:textId="77777777" w:rsidR="00062CB2" w:rsidRDefault="00FA01F8">
      <w:pPr>
        <w:spacing w:before="120" w:after="120"/>
      </w:pPr>
      <w:r>
        <w:rPr>
          <w:b/>
        </w:rPr>
        <w:t xml:space="preserve">Submission Requirement. </w:t>
      </w:r>
      <w:r>
        <w:t>This Exhibit I must be completed, signed by an authorized officer or representative of the Vendor, and returned with the Technical Proposal. If exceptions are requested, Part B must identify every requested exception. Terms not disclosed in Part B are not preserved as exceptions.</w:t>
      </w:r>
    </w:p>
    <w:p w14:paraId="03CB6A43" w14:textId="77777777" w:rsidR="00062CB2" w:rsidRDefault="00FA01F8">
      <w:pPr>
        <w:pStyle w:val="Heading1"/>
      </w:pPr>
      <w:r>
        <w:t>Part A. Certification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79"/>
        <w:gridCol w:w="5077"/>
      </w:tblGrid>
      <w:tr w:rsidR="00062CB2" w14:paraId="3D19F742" w14:textId="77777777">
        <w:trPr>
          <w:jc w:val="center"/>
        </w:trPr>
        <w:tc>
          <w:tcPr>
            <w:tcW w:w="5083" w:type="dxa"/>
            <w:shd w:val="clear" w:color="auto" w:fill="D9EA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84BF5" w14:textId="77777777" w:rsidR="00062CB2" w:rsidRDefault="00FA01F8">
            <w:r>
              <w:t>Vendor Legal Name</w:t>
            </w:r>
          </w:p>
        </w:tc>
        <w:tc>
          <w:tcPr>
            <w:tcW w:w="508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46B1A6" w14:textId="77777777" w:rsidR="00062CB2" w:rsidRDefault="00062CB2"/>
        </w:tc>
      </w:tr>
      <w:tr w:rsidR="00062CB2" w14:paraId="4190DC56" w14:textId="77777777">
        <w:trPr>
          <w:jc w:val="center"/>
        </w:trPr>
        <w:tc>
          <w:tcPr>
            <w:tcW w:w="5083" w:type="dxa"/>
            <w:shd w:val="clear" w:color="auto" w:fill="D9EA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2F8388" w14:textId="77777777" w:rsidR="00062CB2" w:rsidRDefault="00FA01F8">
            <w:r>
              <w:t>Authorized Representative</w:t>
            </w:r>
          </w:p>
        </w:tc>
        <w:tc>
          <w:tcPr>
            <w:tcW w:w="508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D5C91B" w14:textId="77777777" w:rsidR="00062CB2" w:rsidRDefault="00062CB2"/>
        </w:tc>
      </w:tr>
      <w:tr w:rsidR="00062CB2" w14:paraId="0E35AA44" w14:textId="77777777">
        <w:trPr>
          <w:jc w:val="center"/>
        </w:trPr>
        <w:tc>
          <w:tcPr>
            <w:tcW w:w="5083" w:type="dxa"/>
            <w:shd w:val="clear" w:color="auto" w:fill="D9EA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61ACAD" w14:textId="77777777" w:rsidR="00062CB2" w:rsidRDefault="00FA01F8">
            <w:r>
              <w:t>Title</w:t>
            </w:r>
          </w:p>
        </w:tc>
        <w:tc>
          <w:tcPr>
            <w:tcW w:w="508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2A5618" w14:textId="77777777" w:rsidR="00062CB2" w:rsidRDefault="00062CB2"/>
        </w:tc>
      </w:tr>
    </w:tbl>
    <w:p w14:paraId="3BD1BA7C" w14:textId="77777777" w:rsidR="00062CB2" w:rsidRDefault="00FA01F8">
      <w:pPr>
        <w:spacing w:before="140" w:after="100"/>
      </w:pPr>
      <w:r>
        <w:rPr>
          <w:b/>
        </w:rPr>
        <w:t>The undersigned certifies on behalf of the Vendor that:</w:t>
      </w:r>
    </w:p>
    <w:p w14:paraId="77EC0155" w14:textId="77777777" w:rsidR="00062CB2" w:rsidRDefault="00FA01F8">
      <w:pPr>
        <w:spacing w:after="60"/>
        <w:ind w:left="317" w:hanging="259"/>
      </w:pPr>
      <w:r>
        <w:rPr>
          <w:b/>
        </w:rPr>
        <w:t xml:space="preserve">1. </w:t>
      </w:r>
      <w:r>
        <w:t>The Vendor has reviewed the terms and conditions of the DRJTBC ERP System RFP, including Sections 24 and 25 and Exhibit F.</w:t>
      </w:r>
    </w:p>
    <w:p w14:paraId="33FC155D" w14:textId="77777777" w:rsidR="00062CB2" w:rsidRDefault="00FA01F8">
      <w:pPr>
        <w:spacing w:after="60"/>
        <w:ind w:left="317" w:hanging="259"/>
      </w:pPr>
      <w:r>
        <w:rPr>
          <w:b/>
        </w:rPr>
        <w:t xml:space="preserve">2. </w:t>
      </w:r>
      <w:r>
        <w:t>Except for exceptions expressly identified in Part B of this Exhibit I, the Vendor accepts and agrees to comply with those terms and conditions if selected for award.</w:t>
      </w:r>
    </w:p>
    <w:p w14:paraId="68CC5172" w14:textId="77777777" w:rsidR="00062CB2" w:rsidRDefault="00FA01F8">
      <w:pPr>
        <w:spacing w:after="60"/>
        <w:ind w:left="317" w:hanging="259"/>
      </w:pPr>
      <w:r>
        <w:rPr>
          <w:b/>
        </w:rPr>
        <w:t xml:space="preserve">3. </w:t>
      </w:r>
      <w:r>
        <w:t>Part B contains all requested contractual exceptions, qualifications, proposed deviations, conflicting terms, and conditions upon which the Vendor's Proposal is based.</w:t>
      </w:r>
    </w:p>
    <w:p w14:paraId="015D7941" w14:textId="77777777" w:rsidR="00062CB2" w:rsidRDefault="00FA01F8">
      <w:pPr>
        <w:spacing w:after="60"/>
        <w:ind w:left="317" w:hanging="259"/>
      </w:pPr>
      <w:r>
        <w:rPr>
          <w:b/>
        </w:rPr>
        <w:t xml:space="preserve">4. </w:t>
      </w:r>
      <w:r>
        <w:t>Terms contained in or incorporated through a proposal, quotation, order form, publisher agreement, license agreement, website, hyperlink, click-through agreement, standard terms, invoice, or other Vendor or third-party document do not modify the RFP or resulting Agreement unless expressly identified in Part B and expressly accepted by DRJTBC in writing.</w:t>
      </w:r>
    </w:p>
    <w:p w14:paraId="7A01693C" w14:textId="77777777" w:rsidR="00062CB2" w:rsidRDefault="00FA01F8">
      <w:pPr>
        <w:spacing w:after="60"/>
        <w:ind w:left="317" w:hanging="259"/>
      </w:pPr>
      <w:r>
        <w:rPr>
          <w:b/>
        </w:rPr>
        <w:t xml:space="preserve">5. </w:t>
      </w:r>
      <w:r>
        <w:t>DRJTBC's receipt, evaluation, discussion, or negotiation of a requested exception does not constitute acceptance of that exception.</w:t>
      </w:r>
    </w:p>
    <w:p w14:paraId="232F0C99" w14:textId="77777777" w:rsidR="00062CB2" w:rsidRDefault="00FA01F8">
      <w:pPr>
        <w:spacing w:after="60"/>
        <w:ind w:left="317" w:hanging="259"/>
      </w:pPr>
      <w:r>
        <w:rPr>
          <w:b/>
        </w:rPr>
        <w:t xml:space="preserve">6. </w:t>
      </w:r>
      <w:r>
        <w:t>Any exception not expressly identified in Part B is deemed waived for purposes of the Vendor's Proposal. Only an express written acceptance incorporated into the final executed Agreement modifies a DRJTBC requirement.</w:t>
      </w:r>
    </w:p>
    <w:p w14:paraId="5F031AE1" w14:textId="4541C6F1" w:rsidR="00062CB2" w:rsidRDefault="004549B6">
      <w:pPr>
        <w:spacing w:after="80"/>
      </w:pPr>
      <w:sdt>
        <w:sdtPr>
          <w:id w:val="1019435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FA01F8">
        <w:t xml:space="preserve"> No Exceptions. The Vendor requests no exceptions to Sections 24 and 25 or Exhibit F. Part B may be left blank.</w:t>
      </w:r>
    </w:p>
    <w:p w14:paraId="152B06A7" w14:textId="4A18CFED" w:rsidR="00062CB2" w:rsidRDefault="004549B6">
      <w:pPr>
        <w:spacing w:after="80"/>
      </w:pPr>
      <w:sdt>
        <w:sdtPr>
          <w:id w:val="-87706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FA01F8">
        <w:t xml:space="preserve"> Exceptions Requested. The Vendor has completed Part B and identified every requested exception.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39"/>
        <w:gridCol w:w="2539"/>
        <w:gridCol w:w="2539"/>
        <w:gridCol w:w="2539"/>
      </w:tblGrid>
      <w:tr w:rsidR="00062CB2" w14:paraId="27CA8C0F" w14:textId="77777777">
        <w:trPr>
          <w:jc w:val="center"/>
        </w:trPr>
        <w:tc>
          <w:tcPr>
            <w:tcW w:w="254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EAAF123" w14:textId="77777777" w:rsidR="00062CB2" w:rsidRDefault="00FA01F8">
            <w:r>
              <w:t>Signature</w:t>
            </w:r>
          </w:p>
        </w:tc>
        <w:tc>
          <w:tcPr>
            <w:tcW w:w="254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F19597" w14:textId="77777777" w:rsidR="00062CB2" w:rsidRDefault="00FA01F8">
            <w:r>
              <w:t>Date</w:t>
            </w:r>
          </w:p>
        </w:tc>
        <w:tc>
          <w:tcPr>
            <w:tcW w:w="254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04C5CE" w14:textId="77777777" w:rsidR="00062CB2" w:rsidRDefault="00FA01F8">
            <w:r>
              <w:t>Printed Name</w:t>
            </w:r>
          </w:p>
        </w:tc>
        <w:tc>
          <w:tcPr>
            <w:tcW w:w="254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32544BA" w14:textId="77777777" w:rsidR="00062CB2" w:rsidRDefault="00FA01F8">
            <w:r>
              <w:t>Title</w:t>
            </w:r>
          </w:p>
        </w:tc>
      </w:tr>
      <w:tr w:rsidR="00062CB2" w14:paraId="0DDB3FF3" w14:textId="77777777">
        <w:trPr>
          <w:jc w:val="center"/>
        </w:trPr>
        <w:tc>
          <w:tcPr>
            <w:tcW w:w="254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6BD1ED" w14:textId="77777777" w:rsidR="00062CB2" w:rsidRDefault="00062CB2"/>
        </w:tc>
        <w:tc>
          <w:tcPr>
            <w:tcW w:w="254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3612698" w14:textId="77777777" w:rsidR="00062CB2" w:rsidRDefault="00062CB2"/>
        </w:tc>
        <w:tc>
          <w:tcPr>
            <w:tcW w:w="254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128996" w14:textId="77777777" w:rsidR="00062CB2" w:rsidRDefault="00062CB2"/>
        </w:tc>
        <w:tc>
          <w:tcPr>
            <w:tcW w:w="254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34F657" w14:textId="77777777" w:rsidR="00062CB2" w:rsidRDefault="00062CB2"/>
        </w:tc>
      </w:tr>
    </w:tbl>
    <w:p w14:paraId="7A913ABD" w14:textId="77777777" w:rsidR="00676E1D" w:rsidRDefault="00676E1D">
      <w:pPr>
        <w:pStyle w:val="Heading1"/>
      </w:pPr>
      <w:r>
        <w:br w:type="page"/>
      </w:r>
    </w:p>
    <w:p w14:paraId="2F3106AC" w14:textId="77777777" w:rsidR="00062CB2" w:rsidRDefault="00FA01F8">
      <w:pPr>
        <w:pStyle w:val="Heading1"/>
      </w:pPr>
      <w:r>
        <w:lastRenderedPageBreak/>
        <w:t>Part B. Exceptions Schedule</w:t>
      </w:r>
    </w:p>
    <w:p w14:paraId="06D9D392" w14:textId="77777777" w:rsidR="00062CB2" w:rsidRDefault="00FA01F8">
      <w:pPr>
        <w:spacing w:after="100"/>
      </w:pPr>
      <w:r>
        <w:rPr>
          <w:b/>
        </w:rPr>
        <w:t xml:space="preserve">Instructions. </w:t>
      </w:r>
      <w:r>
        <w:t>Complete one row for each requested exception. Do not write “see proposal,” cite a hyperlink, or incorporate vendor terms by reference. If more rows are needed, duplicate the table using the same column structure. Pricing amounts must not be included in the Technical Proposal; describe only whether an exception has a cost, licensing, operational, security, service-level, data, or implementation effect.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4"/>
        <w:gridCol w:w="1410"/>
        <w:gridCol w:w="1402"/>
        <w:gridCol w:w="1610"/>
        <w:gridCol w:w="2229"/>
        <w:gridCol w:w="1672"/>
        <w:gridCol w:w="1389"/>
      </w:tblGrid>
      <w:tr w:rsidR="00062CB2" w14:paraId="435C47C9" w14:textId="77777777">
        <w:trPr>
          <w:jc w:val="center"/>
        </w:trPr>
        <w:tc>
          <w:tcPr>
            <w:tcW w:w="461" w:type="dxa"/>
            <w:shd w:val="clear" w:color="auto" w:fill="5B9BD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964EC5" w14:textId="77777777" w:rsidR="00062CB2" w:rsidRDefault="00FA01F8">
            <w:r>
              <w:rPr>
                <w:b/>
                <w:sz w:val="16"/>
              </w:rPr>
              <w:t>#</w:t>
            </w:r>
          </w:p>
        </w:tc>
        <w:tc>
          <w:tcPr>
            <w:tcW w:w="1440" w:type="dxa"/>
            <w:shd w:val="clear" w:color="auto" w:fill="5B9BD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58C764" w14:textId="77777777" w:rsidR="00062CB2" w:rsidRDefault="00FA01F8">
            <w:r>
              <w:rPr>
                <w:b/>
                <w:sz w:val="16"/>
              </w:rPr>
              <w:t>RFP Section / Subsection</w:t>
            </w:r>
          </w:p>
        </w:tc>
        <w:tc>
          <w:tcPr>
            <w:tcW w:w="1440" w:type="dxa"/>
            <w:shd w:val="clear" w:color="auto" w:fill="5B9BD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E6097D" w14:textId="77777777" w:rsidR="00062CB2" w:rsidRDefault="00FA01F8">
            <w:r>
              <w:rPr>
                <w:b/>
                <w:sz w:val="16"/>
              </w:rPr>
              <w:t>Current Provision / Topic</w:t>
            </w:r>
          </w:p>
        </w:tc>
        <w:tc>
          <w:tcPr>
            <w:tcW w:w="1656" w:type="dxa"/>
            <w:shd w:val="clear" w:color="auto" w:fill="5B9BD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06E928" w14:textId="77777777" w:rsidR="00062CB2" w:rsidRDefault="00FA01F8">
            <w:r>
              <w:rPr>
                <w:b/>
                <w:sz w:val="16"/>
              </w:rPr>
              <w:t>Requested Exception</w:t>
            </w:r>
          </w:p>
        </w:tc>
        <w:tc>
          <w:tcPr>
            <w:tcW w:w="2304" w:type="dxa"/>
            <w:shd w:val="clear" w:color="auto" w:fill="5B9BD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2BA156" w14:textId="77777777" w:rsidR="00062CB2" w:rsidRDefault="00FA01F8">
            <w:r>
              <w:rPr>
                <w:b/>
                <w:sz w:val="16"/>
              </w:rPr>
              <w:t>Vendor-Proposed Replacement Language</w:t>
            </w:r>
          </w:p>
        </w:tc>
        <w:tc>
          <w:tcPr>
            <w:tcW w:w="1728" w:type="dxa"/>
            <w:shd w:val="clear" w:color="auto" w:fill="5B9BD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D9391B" w14:textId="77777777" w:rsidR="00062CB2" w:rsidRDefault="00FA01F8">
            <w:r>
              <w:rPr>
                <w:b/>
                <w:sz w:val="16"/>
              </w:rPr>
              <w:t>Business / Legal Rationale</w:t>
            </w:r>
          </w:p>
        </w:tc>
        <w:tc>
          <w:tcPr>
            <w:tcW w:w="1440" w:type="dxa"/>
            <w:shd w:val="clear" w:color="auto" w:fill="5B9BD5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70AAFA" w14:textId="77777777" w:rsidR="00062CB2" w:rsidRDefault="00FA01F8">
            <w:r>
              <w:rPr>
                <w:b/>
                <w:sz w:val="16"/>
              </w:rPr>
              <w:t>Effect / Impact</w:t>
            </w:r>
          </w:p>
        </w:tc>
      </w:tr>
      <w:tr w:rsidR="00062CB2" w14:paraId="67C0471C" w14:textId="77777777">
        <w:trPr>
          <w:jc w:val="center"/>
        </w:trPr>
        <w:tc>
          <w:tcPr>
            <w:tcW w:w="461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463AB360" w14:textId="77777777" w:rsidR="00062CB2" w:rsidRDefault="00FA01F8">
            <w:r>
              <w:rPr>
                <w:sz w:val="16"/>
              </w:rPr>
              <w:t>1</w:t>
            </w:r>
          </w:p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55003D0B" w14:textId="77777777" w:rsidR="00062CB2" w:rsidRDefault="00062CB2"/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0532C0AB" w14:textId="77777777" w:rsidR="00062CB2" w:rsidRDefault="00062CB2"/>
        </w:tc>
        <w:tc>
          <w:tcPr>
            <w:tcW w:w="1656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0716024B" w14:textId="77777777" w:rsidR="00062CB2" w:rsidRDefault="00062CB2"/>
        </w:tc>
        <w:tc>
          <w:tcPr>
            <w:tcW w:w="2304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7262A420" w14:textId="77777777" w:rsidR="00062CB2" w:rsidRDefault="00062CB2"/>
        </w:tc>
        <w:tc>
          <w:tcPr>
            <w:tcW w:w="1728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4D3F5842" w14:textId="77777777" w:rsidR="00062CB2" w:rsidRDefault="00062CB2"/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1229C6E7" w14:textId="77777777" w:rsidR="00062CB2" w:rsidRDefault="00062CB2"/>
        </w:tc>
      </w:tr>
      <w:tr w:rsidR="00062CB2" w14:paraId="643699F4" w14:textId="77777777">
        <w:trPr>
          <w:jc w:val="center"/>
        </w:trPr>
        <w:tc>
          <w:tcPr>
            <w:tcW w:w="461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5674EA0B" w14:textId="77777777" w:rsidR="00062CB2" w:rsidRDefault="00FA01F8">
            <w:r>
              <w:rPr>
                <w:sz w:val="16"/>
              </w:rPr>
              <w:t>2</w:t>
            </w:r>
          </w:p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5E437EE9" w14:textId="77777777" w:rsidR="00062CB2" w:rsidRDefault="00062CB2"/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5E68A575" w14:textId="77777777" w:rsidR="00062CB2" w:rsidRDefault="00062CB2"/>
        </w:tc>
        <w:tc>
          <w:tcPr>
            <w:tcW w:w="1656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6FA05A29" w14:textId="77777777" w:rsidR="00062CB2" w:rsidRDefault="00062CB2"/>
        </w:tc>
        <w:tc>
          <w:tcPr>
            <w:tcW w:w="2304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75AFBCDE" w14:textId="77777777" w:rsidR="00062CB2" w:rsidRDefault="00062CB2"/>
        </w:tc>
        <w:tc>
          <w:tcPr>
            <w:tcW w:w="1728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71ED9917" w14:textId="77777777" w:rsidR="00062CB2" w:rsidRDefault="00062CB2"/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4316FEB7" w14:textId="77777777" w:rsidR="00062CB2" w:rsidRDefault="00062CB2"/>
        </w:tc>
      </w:tr>
      <w:tr w:rsidR="00062CB2" w14:paraId="6D1A15B7" w14:textId="77777777">
        <w:trPr>
          <w:jc w:val="center"/>
        </w:trPr>
        <w:tc>
          <w:tcPr>
            <w:tcW w:w="461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1DBD1FED" w14:textId="77777777" w:rsidR="00062CB2" w:rsidRDefault="00FA01F8">
            <w:r>
              <w:rPr>
                <w:sz w:val="16"/>
              </w:rPr>
              <w:t>3</w:t>
            </w:r>
          </w:p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7B7E8B5B" w14:textId="77777777" w:rsidR="00062CB2" w:rsidRDefault="00062CB2"/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40B50E1B" w14:textId="77777777" w:rsidR="00062CB2" w:rsidRDefault="00062CB2"/>
        </w:tc>
        <w:tc>
          <w:tcPr>
            <w:tcW w:w="1656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7CEAF8F2" w14:textId="77777777" w:rsidR="00062CB2" w:rsidRDefault="00062CB2"/>
        </w:tc>
        <w:tc>
          <w:tcPr>
            <w:tcW w:w="2304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5D5D65A1" w14:textId="77777777" w:rsidR="00062CB2" w:rsidRDefault="00062CB2"/>
        </w:tc>
        <w:tc>
          <w:tcPr>
            <w:tcW w:w="1728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6310CC4B" w14:textId="77777777" w:rsidR="00062CB2" w:rsidRDefault="00062CB2"/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167A4E49" w14:textId="77777777" w:rsidR="00062CB2" w:rsidRDefault="00062CB2"/>
        </w:tc>
      </w:tr>
      <w:tr w:rsidR="00062CB2" w14:paraId="773B46FD" w14:textId="77777777">
        <w:trPr>
          <w:jc w:val="center"/>
        </w:trPr>
        <w:tc>
          <w:tcPr>
            <w:tcW w:w="461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1CC00D76" w14:textId="77777777" w:rsidR="00062CB2" w:rsidRDefault="00FA01F8">
            <w:r>
              <w:rPr>
                <w:sz w:val="16"/>
              </w:rPr>
              <w:t>4</w:t>
            </w:r>
          </w:p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0ED124A3" w14:textId="77777777" w:rsidR="00062CB2" w:rsidRDefault="00062CB2"/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0877409C" w14:textId="77777777" w:rsidR="00062CB2" w:rsidRDefault="00062CB2"/>
        </w:tc>
        <w:tc>
          <w:tcPr>
            <w:tcW w:w="1656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61F64768" w14:textId="77777777" w:rsidR="00062CB2" w:rsidRDefault="00062CB2"/>
        </w:tc>
        <w:tc>
          <w:tcPr>
            <w:tcW w:w="2304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401E5D76" w14:textId="77777777" w:rsidR="00062CB2" w:rsidRDefault="00062CB2"/>
        </w:tc>
        <w:tc>
          <w:tcPr>
            <w:tcW w:w="1728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67F45B4B" w14:textId="77777777" w:rsidR="00062CB2" w:rsidRDefault="00062CB2"/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245F4DE0" w14:textId="77777777" w:rsidR="00062CB2" w:rsidRDefault="00062CB2"/>
        </w:tc>
      </w:tr>
      <w:tr w:rsidR="00062CB2" w14:paraId="698C1E02" w14:textId="77777777">
        <w:trPr>
          <w:jc w:val="center"/>
        </w:trPr>
        <w:tc>
          <w:tcPr>
            <w:tcW w:w="461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381F5617" w14:textId="77777777" w:rsidR="00062CB2" w:rsidRDefault="00FA01F8">
            <w:r>
              <w:rPr>
                <w:sz w:val="16"/>
              </w:rPr>
              <w:t>5</w:t>
            </w:r>
          </w:p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253685B3" w14:textId="77777777" w:rsidR="00062CB2" w:rsidRDefault="00062CB2"/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37B3F999" w14:textId="77777777" w:rsidR="00062CB2" w:rsidRDefault="00062CB2"/>
        </w:tc>
        <w:tc>
          <w:tcPr>
            <w:tcW w:w="1656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0E7B26B2" w14:textId="77777777" w:rsidR="00062CB2" w:rsidRDefault="00062CB2"/>
        </w:tc>
        <w:tc>
          <w:tcPr>
            <w:tcW w:w="2304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2588326A" w14:textId="77777777" w:rsidR="00062CB2" w:rsidRDefault="00062CB2"/>
        </w:tc>
        <w:tc>
          <w:tcPr>
            <w:tcW w:w="1728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7502C560" w14:textId="77777777" w:rsidR="00062CB2" w:rsidRDefault="00062CB2"/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065AEEE9" w14:textId="77777777" w:rsidR="00062CB2" w:rsidRDefault="00062CB2"/>
        </w:tc>
      </w:tr>
      <w:tr w:rsidR="00062CB2" w14:paraId="4FCB113C" w14:textId="77777777">
        <w:trPr>
          <w:jc w:val="center"/>
        </w:trPr>
        <w:tc>
          <w:tcPr>
            <w:tcW w:w="461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3F6829DD" w14:textId="77777777" w:rsidR="00062CB2" w:rsidRDefault="00FA01F8">
            <w:r>
              <w:rPr>
                <w:sz w:val="16"/>
              </w:rPr>
              <w:t>6</w:t>
            </w:r>
          </w:p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1A1AD5C9" w14:textId="77777777" w:rsidR="00062CB2" w:rsidRDefault="00062CB2"/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128832F9" w14:textId="77777777" w:rsidR="00062CB2" w:rsidRDefault="00062CB2"/>
        </w:tc>
        <w:tc>
          <w:tcPr>
            <w:tcW w:w="1656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0E1841B8" w14:textId="77777777" w:rsidR="00062CB2" w:rsidRDefault="00062CB2"/>
        </w:tc>
        <w:tc>
          <w:tcPr>
            <w:tcW w:w="2304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539DD95A" w14:textId="77777777" w:rsidR="00062CB2" w:rsidRDefault="00062CB2"/>
        </w:tc>
        <w:tc>
          <w:tcPr>
            <w:tcW w:w="1728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69A843A9" w14:textId="77777777" w:rsidR="00062CB2" w:rsidRDefault="00062CB2"/>
        </w:tc>
        <w:tc>
          <w:tcPr>
            <w:tcW w:w="1440" w:type="dxa"/>
            <w:tcMar>
              <w:top w:w="70" w:type="dxa"/>
              <w:left w:w="45" w:type="dxa"/>
              <w:bottom w:w="70" w:type="dxa"/>
              <w:right w:w="45" w:type="dxa"/>
            </w:tcMar>
          </w:tcPr>
          <w:p w14:paraId="77388ECC" w14:textId="77777777" w:rsidR="00062CB2" w:rsidRDefault="00062CB2"/>
        </w:tc>
      </w:tr>
    </w:tbl>
    <w:p w14:paraId="3C60FEA4" w14:textId="77777777" w:rsidR="00062CB2" w:rsidRDefault="00FA01F8">
      <w:pPr>
        <w:spacing w:before="120"/>
      </w:pPr>
      <w:r>
        <w:rPr>
          <w:b/>
        </w:rPr>
        <w:t xml:space="preserve">Vendor Acknowledgment: </w:t>
      </w:r>
      <w:r>
        <w:t xml:space="preserve">Submission of this Exhibit I </w:t>
      </w:r>
      <w:proofErr w:type="gramStart"/>
      <w:r>
        <w:t>does</w:t>
      </w:r>
      <w:proofErr w:type="gramEnd"/>
      <w:r>
        <w:t xml:space="preserve"> not </w:t>
      </w:r>
      <w:proofErr w:type="gramStart"/>
      <w:r>
        <w:t>obligate</w:t>
      </w:r>
      <w:proofErr w:type="gramEnd"/>
      <w:r>
        <w:t xml:space="preserve"> DRJTBC to accept any requested exception. DRJTBC reserves all rights stated in the RFP, including the right to reject, negotiate, or condition acceptance of an exception.</w:t>
      </w:r>
    </w:p>
    <w:sectPr w:rsidR="00062CB2" w:rsidSect="00226D86">
      <w:headerReference w:type="default" r:id="rId11"/>
      <w:footerReference w:type="default" r:id="rId12"/>
      <w:footerReference w:type="first" r:id="rId13"/>
      <w:pgSz w:w="12240" w:h="15840"/>
      <w:pgMar w:top="936" w:right="1037" w:bottom="936" w:left="103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A51BC" w14:textId="77777777" w:rsidR="006C260C" w:rsidRDefault="006C260C" w:rsidP="00D02841">
      <w:pPr>
        <w:spacing w:after="0" w:line="240" w:lineRule="auto"/>
      </w:pPr>
      <w:r>
        <w:separator/>
      </w:r>
    </w:p>
  </w:endnote>
  <w:endnote w:type="continuationSeparator" w:id="0">
    <w:p w14:paraId="5D94221A" w14:textId="77777777" w:rsidR="006C260C" w:rsidRDefault="006C260C" w:rsidP="00D02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DA6BB" w14:textId="77777777" w:rsidR="006264B6" w:rsidRDefault="00676E1D" w:rsidP="00676E1D">
    <w:pPr>
      <w:pStyle w:val="Footer"/>
      <w:pBdr>
        <w:top w:val="single" w:sz="4" w:space="1" w:color="auto"/>
      </w:pBdr>
    </w:pPr>
    <w:r>
      <w:tab/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1842D" w14:textId="0FDA9645" w:rsidR="00C24908" w:rsidRDefault="00CC3A7E" w:rsidP="00676E1D">
    <w:pPr>
      <w:pStyle w:val="Footer"/>
      <w:pBdr>
        <w:top w:val="single" w:sz="4" w:space="1" w:color="auto"/>
      </w:pBdr>
    </w:pPr>
    <w:r>
      <w:tab/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9265A5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4C893" w14:textId="77777777" w:rsidR="006C260C" w:rsidRDefault="006C260C" w:rsidP="00D02841">
      <w:pPr>
        <w:spacing w:after="0" w:line="240" w:lineRule="auto"/>
      </w:pPr>
      <w:r>
        <w:separator/>
      </w:r>
    </w:p>
  </w:footnote>
  <w:footnote w:type="continuationSeparator" w:id="0">
    <w:p w14:paraId="082411F0" w14:textId="77777777" w:rsidR="006C260C" w:rsidRDefault="006C260C" w:rsidP="00D02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B107D" w14:textId="77777777" w:rsidR="00A360C1" w:rsidRDefault="00A360C1" w:rsidP="00A360C1">
    <w:pPr>
      <w:pStyle w:val="Header"/>
      <w:tabs>
        <w:tab w:val="clear" w:pos="9360"/>
        <w:tab w:val="right" w:pos="10404"/>
      </w:tabs>
    </w:pPr>
    <w:r w:rsidRPr="003F15D2">
      <w:t>D</w:t>
    </w:r>
    <w:r>
      <w:t>elaware River Joint Toll Bridge Commission</w:t>
    </w:r>
    <w:r>
      <w:tab/>
    </w:r>
    <w:r>
      <w:tab/>
    </w:r>
    <w:r w:rsidRPr="003F15D2">
      <w:t>Contract No. C-798A</w:t>
    </w:r>
    <w:r>
      <w:t>, Capital Project 2336A</w:t>
    </w:r>
  </w:p>
  <w:p w14:paraId="4E546FBD" w14:textId="77777777" w:rsidR="00A360C1" w:rsidRDefault="00A360C1" w:rsidP="00A360C1">
    <w:pPr>
      <w:pStyle w:val="Header"/>
      <w:pBdr>
        <w:bottom w:val="single" w:sz="4" w:space="1" w:color="auto"/>
      </w:pBdr>
      <w:tabs>
        <w:tab w:val="clear" w:pos="9360"/>
        <w:tab w:val="right" w:pos="10404"/>
      </w:tabs>
    </w:pPr>
    <w:r>
      <w:t xml:space="preserve">Request for Proposals </w:t>
    </w:r>
    <w:r>
      <w:tab/>
    </w:r>
    <w:r>
      <w:tab/>
    </w:r>
    <w:r w:rsidRPr="003F15D2">
      <w:t>Enterprise Resource Planning (ERP) Syste</w:t>
    </w:r>
    <w:r>
      <w:t>m</w:t>
    </w:r>
  </w:p>
  <w:p w14:paraId="184F87D2" w14:textId="69D8276E" w:rsidR="00A360C1" w:rsidRDefault="00A360C1" w:rsidP="00A360C1">
    <w:pPr>
      <w:pStyle w:val="Header"/>
      <w:pBdr>
        <w:bottom w:val="single" w:sz="4" w:space="1" w:color="auto"/>
      </w:pBdr>
      <w:tabs>
        <w:tab w:val="clear" w:pos="9360"/>
        <w:tab w:val="right" w:pos="10404"/>
      </w:tabs>
    </w:pPr>
    <w:r>
      <w:tab/>
    </w:r>
    <w:r>
      <w:tab/>
      <w:t>Exhibit I</w:t>
    </w:r>
  </w:p>
  <w:p w14:paraId="0D264867" w14:textId="77777777" w:rsidR="00D02841" w:rsidRDefault="00D028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3851738">
    <w:abstractNumId w:val="8"/>
  </w:num>
  <w:num w:numId="2" w16cid:durableId="688331639">
    <w:abstractNumId w:val="6"/>
  </w:num>
  <w:num w:numId="3" w16cid:durableId="442769164">
    <w:abstractNumId w:val="5"/>
  </w:num>
  <w:num w:numId="4" w16cid:durableId="501169133">
    <w:abstractNumId w:val="4"/>
  </w:num>
  <w:num w:numId="5" w16cid:durableId="880560667">
    <w:abstractNumId w:val="7"/>
  </w:num>
  <w:num w:numId="6" w16cid:durableId="794447124">
    <w:abstractNumId w:val="3"/>
  </w:num>
  <w:num w:numId="7" w16cid:durableId="823086924">
    <w:abstractNumId w:val="2"/>
  </w:num>
  <w:num w:numId="8" w16cid:durableId="492262807">
    <w:abstractNumId w:val="1"/>
  </w:num>
  <w:num w:numId="9" w16cid:durableId="1367028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CB2"/>
    <w:rsid w:val="000928DC"/>
    <w:rsid w:val="001159BE"/>
    <w:rsid w:val="0015074B"/>
    <w:rsid w:val="002145CA"/>
    <w:rsid w:val="0021517C"/>
    <w:rsid w:val="00226D86"/>
    <w:rsid w:val="0029639D"/>
    <w:rsid w:val="002D1351"/>
    <w:rsid w:val="00326F90"/>
    <w:rsid w:val="003277F2"/>
    <w:rsid w:val="00337A57"/>
    <w:rsid w:val="003C46A2"/>
    <w:rsid w:val="003D33C6"/>
    <w:rsid w:val="003D567D"/>
    <w:rsid w:val="00403871"/>
    <w:rsid w:val="004549B6"/>
    <w:rsid w:val="00476C2C"/>
    <w:rsid w:val="00500080"/>
    <w:rsid w:val="0055160F"/>
    <w:rsid w:val="00573AFB"/>
    <w:rsid w:val="00583EBA"/>
    <w:rsid w:val="006264B6"/>
    <w:rsid w:val="006448C4"/>
    <w:rsid w:val="00676E1D"/>
    <w:rsid w:val="00677D46"/>
    <w:rsid w:val="006C260C"/>
    <w:rsid w:val="006D628D"/>
    <w:rsid w:val="006E4114"/>
    <w:rsid w:val="00703D87"/>
    <w:rsid w:val="008B5BC4"/>
    <w:rsid w:val="008B74A2"/>
    <w:rsid w:val="008D684A"/>
    <w:rsid w:val="009014E2"/>
    <w:rsid w:val="009265A5"/>
    <w:rsid w:val="009327E0"/>
    <w:rsid w:val="00A03CE8"/>
    <w:rsid w:val="00A05F6A"/>
    <w:rsid w:val="00A360C1"/>
    <w:rsid w:val="00A5378D"/>
    <w:rsid w:val="00A57C88"/>
    <w:rsid w:val="00AA1D8D"/>
    <w:rsid w:val="00AE0A1C"/>
    <w:rsid w:val="00AF09C2"/>
    <w:rsid w:val="00B3556E"/>
    <w:rsid w:val="00B47730"/>
    <w:rsid w:val="00B706DF"/>
    <w:rsid w:val="00B8007A"/>
    <w:rsid w:val="00C23ED8"/>
    <w:rsid w:val="00C24908"/>
    <w:rsid w:val="00C53CB2"/>
    <w:rsid w:val="00C578B7"/>
    <w:rsid w:val="00CB0664"/>
    <w:rsid w:val="00CB0E91"/>
    <w:rsid w:val="00CC3A7E"/>
    <w:rsid w:val="00CD7375"/>
    <w:rsid w:val="00D02841"/>
    <w:rsid w:val="00E1122D"/>
    <w:rsid w:val="00E3593E"/>
    <w:rsid w:val="00E57A97"/>
    <w:rsid w:val="00E92C3F"/>
    <w:rsid w:val="00ED79D7"/>
    <w:rsid w:val="00EE75C4"/>
    <w:rsid w:val="00F43518"/>
    <w:rsid w:val="00FA01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903003"/>
  <w14:defaultImageDpi w14:val="300"/>
  <w15:docId w15:val="{46CAA8E2-9DBD-4FDC-AA92-01A53E5BE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AFB7CD7D2FAC4D82C2B450790BB2E8" ma:contentTypeVersion="12" ma:contentTypeDescription="Create a new document." ma:contentTypeScope="" ma:versionID="4f3fa5c1688e435cc515be0d9e00f3ec">
  <xsd:schema xmlns:xsd="http://www.w3.org/2001/XMLSchema" xmlns:xs="http://www.w3.org/2001/XMLSchema" xmlns:p="http://schemas.microsoft.com/office/2006/metadata/properties" xmlns:ns2="45002a02-0a47-4736-b1bf-871c1a98bd48" xmlns:ns3="12b8b212-1cc2-4a6f-bfe0-eddd2e5d1661" targetNamespace="http://schemas.microsoft.com/office/2006/metadata/properties" ma:root="true" ma:fieldsID="a32422379e4b741f09fd78d7bf45a55b" ns2:_="" ns3:_="">
    <xsd:import namespace="45002a02-0a47-4736-b1bf-871c1a98bd48"/>
    <xsd:import namespace="12b8b212-1cc2-4a6f-bfe0-eddd2e5d16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Process_x0020_or_x0020_Flow_x0020_Associated_x0020_with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02a02-0a47-4736-b1bf-871c1a98b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Process_x0020_or_x0020_Flow_x0020_Associated_x0020_with" ma:index="15" nillable="true" ma:displayName="Process or Flow Associated with" ma:internalName="Process_x0020_or_x0020_Flow_x0020_Associated_x0020_with">
      <xsd:simpleType>
        <xsd:restriction base="dms:Text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3b887a6-5198-46b2-a514-09f18e5df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8b212-1cc2-4a6f-bfe0-eddd2e5d166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59017c8-dce2-4514-96ce-d314cc1084da}" ma:internalName="TaxCatchAll" ma:showField="CatchAllData" ma:web="12b8b212-1cc2-4a6f-bfe0-eddd2e5d16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002a02-0a47-4736-b1bf-871c1a98bd48">
      <Terms xmlns="http://schemas.microsoft.com/office/infopath/2007/PartnerControls"/>
    </lcf76f155ced4ddcb4097134ff3c332f>
    <TaxCatchAll xmlns="12b8b212-1cc2-4a6f-bfe0-eddd2e5d1661" xsi:nil="true"/>
    <Process_x0020_or_x0020_Flow_x0020_Associated_x0020_with xmlns="45002a02-0a47-4736-b1bf-871c1a98bd4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2B2875-6B3D-4927-ADEA-804D692ED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02a02-0a47-4736-b1bf-871c1a98bd48"/>
    <ds:schemaRef ds:uri="12b8b212-1cc2-4a6f-bfe0-eddd2e5d16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8363A2-B9B5-4DCF-BF40-A6DC5622F21B}">
  <ds:schemaRefs>
    <ds:schemaRef ds:uri="http://schemas.microsoft.com/office/2006/metadata/properties"/>
    <ds:schemaRef ds:uri="http://schemas.microsoft.com/office/infopath/2007/PartnerControls"/>
    <ds:schemaRef ds:uri="45002a02-0a47-4736-b1bf-871c1a98bd48"/>
    <ds:schemaRef ds:uri="12b8b212-1cc2-4a6f-bfe0-eddd2e5d1661"/>
  </ds:schemaRefs>
</ds:datastoreItem>
</file>

<file path=customXml/itemProps4.xml><?xml version="1.0" encoding="utf-8"?>
<ds:datastoreItem xmlns:ds="http://schemas.openxmlformats.org/officeDocument/2006/customXml" ds:itemID="{E85D1751-79CA-4787-B162-B3BF899F01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Part A. Certification</vt:lpstr>
      <vt:lpstr>Part B. Exceptions Schedule</vt:lpstr>
    </vt:vector>
  </TitlesOfParts>
  <Manager/>
  <Company/>
  <LinksUpToDate>false</LinksUpToDate>
  <CharactersWithSpaces>3006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Andres Cano</cp:lastModifiedBy>
  <cp:revision>18</cp:revision>
  <dcterms:created xsi:type="dcterms:W3CDTF">2026-09-04T17:03:00Z</dcterms:created>
  <dcterms:modified xsi:type="dcterms:W3CDTF">2026-10-16T14:46:00Z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1dac4884-7c16-43c8-ae98-9dea81b0958b</vt:lpwstr>
  </property>
  <property fmtid="{D5CDD505-2E9C-101B-9397-08002B2CF9AE}" pid="3" name="ContentTypeId">
    <vt:lpwstr>0x0101008AAFB7CD7D2FAC4D82C2B450790BB2E8</vt:lpwstr>
  </property>
  <property fmtid="{D5CDD505-2E9C-101B-9397-08002B2CF9AE}" pid="4" name="MediaServiceImageTags">
    <vt:lpwstr/>
  </property>
</Properties>
</file>