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7BB3A" w14:textId="6E3FB0FA" w:rsidR="00A24EAB" w:rsidRPr="00D62C12" w:rsidRDefault="00A24EAB" w:rsidP="00A24EAB">
      <w:pPr>
        <w:pStyle w:val="Title"/>
        <w:jc w:val="center"/>
        <w:rPr>
          <w:sz w:val="48"/>
          <w:szCs w:val="48"/>
        </w:rPr>
      </w:pPr>
      <w:r w:rsidRPr="00D62C12">
        <w:rPr>
          <w:sz w:val="48"/>
          <w:szCs w:val="48"/>
        </w:rPr>
        <w:t>EXHIBIT H</w:t>
      </w:r>
    </w:p>
    <w:p w14:paraId="1FE52C83" w14:textId="5AA603A3" w:rsidR="00012A1C" w:rsidRPr="00012A1C" w:rsidRDefault="00AD46A3" w:rsidP="00AD46A3">
      <w:pPr>
        <w:jc w:val="center"/>
      </w:pPr>
      <w:r w:rsidRPr="00AD46A3">
        <w:rPr>
          <w:b/>
          <w:sz w:val="26"/>
        </w:rPr>
        <w:t>Client Reference Form</w:t>
      </w:r>
    </w:p>
    <w:p w14:paraId="1B92720E" w14:textId="33895092" w:rsidR="000031C1" w:rsidRPr="00A10CDC" w:rsidRDefault="009278D2" w:rsidP="00D62C12">
      <w:pPr>
        <w:jc w:val="both"/>
        <w:rPr>
          <w:sz w:val="20"/>
          <w:szCs w:val="20"/>
        </w:rPr>
      </w:pPr>
      <w:r>
        <w:rPr>
          <w:b/>
        </w:rPr>
        <w:t xml:space="preserve">Submission Requirement. </w:t>
      </w:r>
      <w:r w:rsidR="00B9790A" w:rsidRPr="00A10CDC">
        <w:rPr>
          <w:sz w:val="20"/>
          <w:szCs w:val="20"/>
        </w:rPr>
        <w:t>Vendor must complete and submit one form for each reference. At least three references are required; at least two must be public-sector entities. All required fields must be completed. DRJTBC may contact the named individual and other known users of the proposed solution.</w:t>
      </w:r>
    </w:p>
    <w:p w14:paraId="5C2E3C1B" w14:textId="77777777" w:rsidR="000031C1" w:rsidRDefault="00B9790A">
      <w:pPr>
        <w:pStyle w:val="Heading2"/>
      </w:pPr>
      <w:r>
        <w:t>A. Vendor and Reference Identification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6408"/>
      </w:tblGrid>
      <w:tr w:rsidR="000031C1" w14:paraId="6A73FB7D" w14:textId="77777777" w:rsidTr="007E1663">
        <w:trPr>
          <w:jc w:val="center"/>
        </w:trPr>
        <w:tc>
          <w:tcPr>
            <w:tcW w:w="5112" w:type="dxa"/>
            <w:tcBorders>
              <w:bottom w:val="single" w:sz="4" w:space="0" w:color="auto"/>
            </w:tcBorders>
            <w:shd w:val="clear" w:color="auto" w:fill="1F4E78"/>
            <w:vAlign w:val="center"/>
          </w:tcPr>
          <w:p w14:paraId="74C4BA69" w14:textId="77777777" w:rsidR="000031C1" w:rsidRDefault="00B9790A">
            <w:r>
              <w:rPr>
                <w:b/>
                <w:color w:val="FFFFFF"/>
              </w:rPr>
              <w:t>Field</w:t>
            </w:r>
          </w:p>
        </w:tc>
        <w:tc>
          <w:tcPr>
            <w:tcW w:w="5112" w:type="dxa"/>
            <w:tcBorders>
              <w:bottom w:val="single" w:sz="4" w:space="0" w:color="auto"/>
            </w:tcBorders>
            <w:shd w:val="clear" w:color="auto" w:fill="1F4E78"/>
            <w:vAlign w:val="center"/>
          </w:tcPr>
          <w:p w14:paraId="3A304FD9" w14:textId="77777777" w:rsidR="000031C1" w:rsidRDefault="00B9790A">
            <w:r>
              <w:rPr>
                <w:b/>
                <w:color w:val="FFFFFF"/>
              </w:rPr>
              <w:t>Vendor Response</w:t>
            </w:r>
          </w:p>
        </w:tc>
      </w:tr>
      <w:tr w:rsidR="000031C1" w14:paraId="68C73803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7E83EB6F" w14:textId="77777777" w:rsidR="000031C1" w:rsidRDefault="00B9790A">
            <w:r>
              <w:rPr>
                <w:b/>
              </w:rPr>
              <w:t>Vendor / Proposer Name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BF949" w14:textId="77777777" w:rsidR="000031C1" w:rsidRDefault="000031C1"/>
        </w:tc>
      </w:tr>
      <w:tr w:rsidR="000031C1" w14:paraId="512EA486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3DBCCAC5" w14:textId="77777777" w:rsidR="000031C1" w:rsidRDefault="00B9790A">
            <w:r>
              <w:rPr>
                <w:b/>
              </w:rPr>
              <w:t>Proposed ERP Product and Version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BAED4" w14:textId="77777777" w:rsidR="000031C1" w:rsidRDefault="000031C1"/>
        </w:tc>
      </w:tr>
      <w:tr w:rsidR="000031C1" w14:paraId="679D6917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056A9AA6" w14:textId="77777777" w:rsidR="000031C1" w:rsidRDefault="00B9790A">
            <w:r>
              <w:rPr>
                <w:b/>
              </w:rPr>
              <w:t>Prime Implementation Entity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9058" w14:textId="77777777" w:rsidR="000031C1" w:rsidRDefault="000031C1"/>
        </w:tc>
      </w:tr>
      <w:tr w:rsidR="000031C1" w14:paraId="24D69E02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1CD5917E" w14:textId="77777777" w:rsidR="000031C1" w:rsidRDefault="00B9790A">
            <w:r>
              <w:rPr>
                <w:b/>
              </w:rPr>
              <w:t>Reference Organization Name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B4519" w14:textId="77777777" w:rsidR="000031C1" w:rsidRDefault="000031C1"/>
        </w:tc>
      </w:tr>
      <w:tr w:rsidR="000031C1" w14:paraId="543D1CF8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587888F8" w14:textId="77777777" w:rsidR="000031C1" w:rsidRDefault="00B9790A">
            <w:r>
              <w:rPr>
                <w:b/>
              </w:rPr>
              <w:t>Organization Type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B6E8F" w14:textId="77777777" w:rsidR="000031C1" w:rsidRDefault="00B9790A">
            <w:r>
              <w:t>Public Sector / Quasi-Governmental / Private Sector</w:t>
            </w:r>
          </w:p>
        </w:tc>
      </w:tr>
      <w:tr w:rsidR="000031C1" w14:paraId="149207BD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478D38B3" w14:textId="77777777" w:rsidR="000031C1" w:rsidRDefault="00B9790A">
            <w:r>
              <w:rPr>
                <w:b/>
              </w:rPr>
              <w:t>Reference Contact Name and Title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5065E" w14:textId="77777777" w:rsidR="000031C1" w:rsidRDefault="000031C1"/>
        </w:tc>
      </w:tr>
      <w:tr w:rsidR="000031C1" w14:paraId="24736D52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413F8AFE" w14:textId="77777777" w:rsidR="000031C1" w:rsidRDefault="00B9790A">
            <w:r>
              <w:rPr>
                <w:b/>
              </w:rPr>
              <w:t>Telephone and Email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407FE" w14:textId="77777777" w:rsidR="000031C1" w:rsidRDefault="000031C1"/>
        </w:tc>
      </w:tr>
      <w:tr w:rsidR="000031C1" w14:paraId="4BD39827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7B35B8A7" w14:textId="77777777" w:rsidR="000031C1" w:rsidRDefault="00B9790A">
            <w:r>
              <w:rPr>
                <w:b/>
              </w:rPr>
              <w:t>Vendor Authorized DRJTBC to Contact Reference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9E503" w14:textId="77777777" w:rsidR="000031C1" w:rsidRDefault="00B9790A">
            <w:r>
              <w:t>Yes / No</w:t>
            </w:r>
          </w:p>
        </w:tc>
      </w:tr>
    </w:tbl>
    <w:p w14:paraId="0F80F7DF" w14:textId="77777777" w:rsidR="000031C1" w:rsidRDefault="000031C1"/>
    <w:p w14:paraId="61B1E879" w14:textId="77777777" w:rsidR="000031C1" w:rsidRDefault="00B9790A">
      <w:pPr>
        <w:pStyle w:val="Heading2"/>
      </w:pPr>
      <w:r>
        <w:t>B. Implementation Profile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6408"/>
      </w:tblGrid>
      <w:tr w:rsidR="000031C1" w14:paraId="6235CB98" w14:textId="77777777" w:rsidTr="007E1663">
        <w:trPr>
          <w:jc w:val="center"/>
        </w:trPr>
        <w:tc>
          <w:tcPr>
            <w:tcW w:w="5112" w:type="dxa"/>
            <w:tcBorders>
              <w:bottom w:val="single" w:sz="4" w:space="0" w:color="auto"/>
            </w:tcBorders>
            <w:shd w:val="clear" w:color="auto" w:fill="1F4E78"/>
            <w:vAlign w:val="center"/>
          </w:tcPr>
          <w:p w14:paraId="01304839" w14:textId="77777777" w:rsidR="000031C1" w:rsidRDefault="00B9790A">
            <w:r>
              <w:rPr>
                <w:b/>
                <w:color w:val="FFFFFF"/>
              </w:rPr>
              <w:t>Field</w:t>
            </w:r>
          </w:p>
        </w:tc>
        <w:tc>
          <w:tcPr>
            <w:tcW w:w="5112" w:type="dxa"/>
            <w:tcBorders>
              <w:bottom w:val="single" w:sz="4" w:space="0" w:color="auto"/>
            </w:tcBorders>
            <w:shd w:val="clear" w:color="auto" w:fill="1F4E78"/>
            <w:vAlign w:val="center"/>
          </w:tcPr>
          <w:p w14:paraId="344F5327" w14:textId="77777777" w:rsidR="000031C1" w:rsidRDefault="00B9790A">
            <w:r>
              <w:rPr>
                <w:b/>
                <w:color w:val="FFFFFF"/>
              </w:rPr>
              <w:t>Vendor Response</w:t>
            </w:r>
          </w:p>
        </w:tc>
      </w:tr>
      <w:tr w:rsidR="000031C1" w14:paraId="1847E280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44D0760D" w14:textId="77777777" w:rsidR="000031C1" w:rsidRDefault="00B9790A">
            <w:r>
              <w:rPr>
                <w:b/>
              </w:rPr>
              <w:t>Contract Execution Date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D9B34" w14:textId="77777777" w:rsidR="000031C1" w:rsidRDefault="000031C1"/>
        </w:tc>
      </w:tr>
      <w:tr w:rsidR="000031C1" w14:paraId="3690079E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18C8FC5A" w14:textId="77777777" w:rsidR="000031C1" w:rsidRDefault="00B9790A">
            <w:r>
              <w:rPr>
                <w:b/>
              </w:rPr>
              <w:t>Original Planned Go-Live Date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D6D8" w14:textId="77777777" w:rsidR="000031C1" w:rsidRDefault="000031C1"/>
        </w:tc>
      </w:tr>
      <w:tr w:rsidR="000031C1" w14:paraId="6CF0F5C3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4E8108A5" w14:textId="77777777" w:rsidR="000031C1" w:rsidRDefault="00B9790A">
            <w:r>
              <w:rPr>
                <w:b/>
              </w:rPr>
              <w:t>Actual Go-Live Date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9063" w14:textId="77777777" w:rsidR="000031C1" w:rsidRDefault="000031C1"/>
        </w:tc>
      </w:tr>
      <w:tr w:rsidR="000031C1" w14:paraId="03932F88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731124D6" w14:textId="77777777" w:rsidR="000031C1" w:rsidRDefault="00B9790A">
            <w:r>
              <w:rPr>
                <w:b/>
              </w:rPr>
              <w:t>Current Production Status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F0E44" w14:textId="77777777" w:rsidR="000031C1" w:rsidRDefault="00B9790A">
            <w:r>
              <w:t>Live / Implementation / Other</w:t>
            </w:r>
          </w:p>
        </w:tc>
      </w:tr>
      <w:tr w:rsidR="000031C1" w14:paraId="31EF88C3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40932C61" w14:textId="77777777" w:rsidR="000031C1" w:rsidRDefault="00B9790A">
            <w:r>
              <w:rPr>
                <w:b/>
              </w:rPr>
              <w:t>Approximate User Count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A5303" w14:textId="77777777" w:rsidR="000031C1" w:rsidRDefault="000031C1"/>
        </w:tc>
      </w:tr>
      <w:tr w:rsidR="000031C1" w14:paraId="2C75879F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4D5E5F2E" w14:textId="77777777" w:rsidR="000031C1" w:rsidRDefault="00B9790A">
            <w:r>
              <w:rPr>
                <w:b/>
              </w:rPr>
              <w:t>Modules Implemented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64659" w14:textId="77777777" w:rsidR="000031C1" w:rsidRDefault="00B9790A">
            <w:r>
              <w:t>Financials / Procurement / Asset &amp; Maintenance / Capital Projects / Other</w:t>
            </w:r>
          </w:p>
        </w:tc>
      </w:tr>
      <w:tr w:rsidR="000031C1" w14:paraId="2595656E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33E09696" w14:textId="77777777" w:rsidR="000031C1" w:rsidRDefault="00B9790A">
            <w:r>
              <w:rPr>
                <w:b/>
              </w:rPr>
              <w:t>Implementation Scope and Complexity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B855" w14:textId="77777777" w:rsidR="000031C1" w:rsidRDefault="000031C1"/>
        </w:tc>
      </w:tr>
      <w:tr w:rsidR="000031C1" w14:paraId="19494C21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6F60EA8D" w14:textId="77777777" w:rsidR="000031C1" w:rsidRDefault="00B9790A">
            <w:r>
              <w:rPr>
                <w:b/>
              </w:rPr>
              <w:t>Implementation Partner(s) / Subcontractor(s)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308E6" w14:textId="77777777" w:rsidR="000031C1" w:rsidRDefault="000031C1"/>
        </w:tc>
      </w:tr>
      <w:tr w:rsidR="000031C1" w14:paraId="3A7DFF28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2BFA491C" w14:textId="77777777" w:rsidR="000031C1" w:rsidRDefault="00B9790A">
            <w:r>
              <w:rPr>
                <w:b/>
              </w:rPr>
              <w:t>Key Integrations Delivered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76B6" w14:textId="77777777" w:rsidR="000031C1" w:rsidRDefault="000031C1"/>
        </w:tc>
      </w:tr>
      <w:tr w:rsidR="000031C1" w14:paraId="6ABE9CA1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0EB26F9C" w14:textId="77777777" w:rsidR="000031C1" w:rsidRDefault="00B9790A">
            <w:r>
              <w:rPr>
                <w:b/>
              </w:rPr>
              <w:t>Data Migration Scope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0717C" w14:textId="77777777" w:rsidR="000031C1" w:rsidRDefault="000031C1"/>
        </w:tc>
      </w:tr>
    </w:tbl>
    <w:p w14:paraId="2D8BAC9F" w14:textId="77777777" w:rsidR="000031C1" w:rsidRDefault="000031C1"/>
    <w:p w14:paraId="626A2B53" w14:textId="77777777" w:rsidR="000031C1" w:rsidRDefault="00B9790A">
      <w:pPr>
        <w:pStyle w:val="Heading2"/>
      </w:pPr>
      <w:r>
        <w:lastRenderedPageBreak/>
        <w:t>C. Comparable Experience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6408"/>
      </w:tblGrid>
      <w:tr w:rsidR="000031C1" w14:paraId="00899047" w14:textId="77777777" w:rsidTr="007E1663">
        <w:trPr>
          <w:jc w:val="center"/>
        </w:trPr>
        <w:tc>
          <w:tcPr>
            <w:tcW w:w="5112" w:type="dxa"/>
            <w:tcBorders>
              <w:bottom w:val="single" w:sz="4" w:space="0" w:color="auto"/>
            </w:tcBorders>
            <w:shd w:val="clear" w:color="auto" w:fill="1F4E78"/>
            <w:vAlign w:val="center"/>
          </w:tcPr>
          <w:p w14:paraId="1E0CE7A5" w14:textId="77777777" w:rsidR="000031C1" w:rsidRDefault="00B9790A">
            <w:r>
              <w:rPr>
                <w:b/>
                <w:color w:val="FFFFFF"/>
              </w:rPr>
              <w:t>Field</w:t>
            </w:r>
          </w:p>
        </w:tc>
        <w:tc>
          <w:tcPr>
            <w:tcW w:w="5112" w:type="dxa"/>
            <w:tcBorders>
              <w:bottom w:val="single" w:sz="4" w:space="0" w:color="auto"/>
            </w:tcBorders>
            <w:shd w:val="clear" w:color="auto" w:fill="1F4E78"/>
            <w:vAlign w:val="center"/>
          </w:tcPr>
          <w:p w14:paraId="701F6C45" w14:textId="77777777" w:rsidR="000031C1" w:rsidRDefault="00B9790A">
            <w:r>
              <w:rPr>
                <w:b/>
                <w:color w:val="FFFFFF"/>
              </w:rPr>
              <w:t>Vendor Response</w:t>
            </w:r>
          </w:p>
        </w:tc>
      </w:tr>
      <w:tr w:rsidR="000031C1" w14:paraId="5C23F131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387094FD" w14:textId="77777777" w:rsidR="000031C1" w:rsidRDefault="00B9790A">
            <w:r>
              <w:rPr>
                <w:b/>
              </w:rPr>
              <w:t>Public-Sector ERP Implementation Completed Within Last Five Years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0734B" w14:textId="77777777" w:rsidR="000031C1" w:rsidRDefault="00B9790A">
            <w:r>
              <w:t>Yes / No — completion date:</w:t>
            </w:r>
          </w:p>
        </w:tc>
      </w:tr>
      <w:tr w:rsidR="000031C1" w14:paraId="0587A5BD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69E8C2AF" w14:textId="77777777" w:rsidR="000031C1" w:rsidRDefault="00B9790A">
            <w:r>
              <w:rPr>
                <w:b/>
              </w:rPr>
              <w:t>Financials, Procurement, and Asset Management Included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1A445" w14:textId="77777777" w:rsidR="000031C1" w:rsidRDefault="00B9790A">
            <w:r>
              <w:t>Yes / No — explain:</w:t>
            </w:r>
          </w:p>
        </w:tc>
      </w:tr>
      <w:tr w:rsidR="000031C1" w14:paraId="52DEFFC8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3FEDFFC1" w14:textId="77777777" w:rsidR="000031C1" w:rsidRDefault="00B9790A">
            <w:r>
              <w:rPr>
                <w:b/>
              </w:rPr>
              <w:t>Multi-Year Capital Program / Project Functionality in Production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95C84" w14:textId="77777777" w:rsidR="000031C1" w:rsidRDefault="00B9790A">
            <w:r>
              <w:t>Yes / No — explain:</w:t>
            </w:r>
          </w:p>
        </w:tc>
      </w:tr>
      <w:tr w:rsidR="000031C1" w14:paraId="30E182A6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50076E9A" w14:textId="77777777" w:rsidR="000031C1" w:rsidRDefault="00B9790A">
            <w:r>
              <w:rPr>
                <w:b/>
              </w:rPr>
              <w:t>ERP and PMIS Combination Implemented and Operating Together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AE6B5" w14:textId="77777777" w:rsidR="000031C1" w:rsidRDefault="00B9790A">
            <w:r>
              <w:t>Yes / No / Not Applicable — identify PMIS and describe:</w:t>
            </w:r>
          </w:p>
        </w:tc>
      </w:tr>
      <w:tr w:rsidR="000031C1" w14:paraId="051EF431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565DEC6D" w14:textId="77777777" w:rsidR="000031C1" w:rsidRDefault="00B9790A">
            <w:r>
              <w:rPr>
                <w:b/>
              </w:rPr>
              <w:t>Comparable Major Public-Works Capital Program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3EE6E" w14:textId="77777777" w:rsidR="000031C1" w:rsidRDefault="00B9790A">
            <w:r>
              <w:t>Yes / No — describe program size and scope:</w:t>
            </w:r>
          </w:p>
        </w:tc>
      </w:tr>
      <w:tr w:rsidR="000031C1" w14:paraId="63300FAD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0F8AA397" w14:textId="77777777" w:rsidR="000031C1" w:rsidRDefault="00B9790A">
            <w:r>
              <w:rPr>
                <w:b/>
              </w:rPr>
              <w:t>SaaS Solution and US Data Residency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9CA4" w14:textId="77777777" w:rsidR="000031C1" w:rsidRDefault="00B9790A">
            <w:r>
              <w:t>Yes / No — describe hosting/data location:</w:t>
            </w:r>
          </w:p>
        </w:tc>
      </w:tr>
      <w:tr w:rsidR="000031C1" w14:paraId="24699855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45D6405B" w14:textId="77777777" w:rsidR="000031C1" w:rsidRDefault="00B9790A">
            <w:r>
              <w:rPr>
                <w:b/>
              </w:rPr>
              <w:t>Original Contract Value and Final Implementation Cost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FBB19" w14:textId="77777777" w:rsidR="000031C1" w:rsidRDefault="000031C1"/>
        </w:tc>
      </w:tr>
      <w:tr w:rsidR="000031C1" w14:paraId="6839DF9E" w14:textId="77777777" w:rsidTr="007E1663">
        <w:trPr>
          <w:jc w:val="center"/>
        </w:trPr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0205BE17" w14:textId="77777777" w:rsidR="000031C1" w:rsidRDefault="00B9790A">
            <w:r>
              <w:rPr>
                <w:b/>
              </w:rPr>
              <w:t>Material Schedule or Cost Variance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A173A" w14:textId="77777777" w:rsidR="000031C1" w:rsidRDefault="00B9790A">
            <w:r>
              <w:t>None / Describe cause and amount:</w:t>
            </w:r>
          </w:p>
        </w:tc>
      </w:tr>
    </w:tbl>
    <w:p w14:paraId="0F448F30" w14:textId="77777777" w:rsidR="000031C1" w:rsidRDefault="000031C1"/>
    <w:p w14:paraId="5435CF4C" w14:textId="77777777" w:rsidR="000031C1" w:rsidRDefault="00B9790A">
      <w:pPr>
        <w:pStyle w:val="Heading2"/>
      </w:pPr>
      <w:r>
        <w:t>D. Reference Certification</w:t>
      </w:r>
    </w:p>
    <w:tbl>
      <w:tblPr>
        <w:tblW w:w="11520" w:type="dxa"/>
        <w:jc w:val="center"/>
        <w:tblLayout w:type="fixed"/>
        <w:tblLook w:val="04A0" w:firstRow="1" w:lastRow="0" w:firstColumn="1" w:lastColumn="0" w:noHBand="0" w:noVBand="1"/>
      </w:tblPr>
      <w:tblGrid>
        <w:gridCol w:w="5112"/>
        <w:gridCol w:w="6408"/>
      </w:tblGrid>
      <w:tr w:rsidR="000031C1" w14:paraId="7E7F3BD9" w14:textId="77777777" w:rsidTr="007E1663">
        <w:trPr>
          <w:jc w:val="center"/>
        </w:trPr>
        <w:tc>
          <w:tcPr>
            <w:tcW w:w="5112" w:type="dxa"/>
            <w:tcBorders>
              <w:bottom w:val="single" w:sz="4" w:space="0" w:color="auto"/>
            </w:tcBorders>
            <w:shd w:val="clear" w:color="auto" w:fill="1F4E78"/>
            <w:vAlign w:val="center"/>
          </w:tcPr>
          <w:p w14:paraId="2F5E6C8E" w14:textId="77777777" w:rsidR="000031C1" w:rsidRDefault="00B9790A">
            <w:r>
              <w:rPr>
                <w:b/>
                <w:color w:val="FFFFFF"/>
              </w:rPr>
              <w:t>Field</w:t>
            </w:r>
          </w:p>
        </w:tc>
        <w:tc>
          <w:tcPr>
            <w:tcW w:w="6408" w:type="dxa"/>
            <w:tcBorders>
              <w:bottom w:val="single" w:sz="4" w:space="0" w:color="auto"/>
            </w:tcBorders>
            <w:shd w:val="clear" w:color="auto" w:fill="1F4E78"/>
            <w:vAlign w:val="center"/>
          </w:tcPr>
          <w:p w14:paraId="5477442C" w14:textId="77777777" w:rsidR="000031C1" w:rsidRDefault="00B9790A">
            <w:r>
              <w:rPr>
                <w:b/>
                <w:color w:val="FFFFFF"/>
              </w:rPr>
              <w:t>Vendor Response</w:t>
            </w:r>
          </w:p>
        </w:tc>
      </w:tr>
      <w:tr w:rsidR="000031C1" w14:paraId="7EC2EC68" w14:textId="77777777" w:rsidTr="007E1663">
        <w:trPr>
          <w:jc w:val="center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7227FB4D" w14:textId="77777777" w:rsidR="000031C1" w:rsidRDefault="00B9790A">
            <w:r>
              <w:rPr>
                <w:b/>
              </w:rPr>
              <w:t>Vendor Certification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A267" w14:textId="77777777" w:rsidR="000031C1" w:rsidRDefault="00B9790A">
            <w:r>
              <w:t>Vendor certifies that the information above is complete and accurate and that the reference is authorized to discuss the engagement with DRJTBC.</w:t>
            </w:r>
          </w:p>
        </w:tc>
      </w:tr>
      <w:tr w:rsidR="000031C1" w14:paraId="002E7FA3" w14:textId="77777777" w:rsidTr="007E1663">
        <w:trPr>
          <w:jc w:val="center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16F44B52" w14:textId="77777777" w:rsidR="000031C1" w:rsidRDefault="00B9790A">
            <w:r>
              <w:rPr>
                <w:b/>
              </w:rPr>
              <w:t>Authorized Vendor Representative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44CF" w14:textId="77777777" w:rsidR="000031C1" w:rsidRDefault="000031C1"/>
        </w:tc>
      </w:tr>
      <w:tr w:rsidR="000031C1" w14:paraId="0CFED4A6" w14:textId="77777777" w:rsidTr="007E1663">
        <w:trPr>
          <w:jc w:val="center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12E339CE" w14:textId="77777777" w:rsidR="000031C1" w:rsidRDefault="00B9790A">
            <w:r>
              <w:rPr>
                <w:b/>
              </w:rPr>
              <w:t>Title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400C" w14:textId="77777777" w:rsidR="000031C1" w:rsidRDefault="000031C1"/>
        </w:tc>
      </w:tr>
      <w:tr w:rsidR="000031C1" w14:paraId="7A9CAFC5" w14:textId="77777777" w:rsidTr="007E1663">
        <w:trPr>
          <w:jc w:val="center"/>
        </w:trPr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</w:tcPr>
          <w:p w14:paraId="4312C533" w14:textId="77777777" w:rsidR="000031C1" w:rsidRDefault="00B9790A">
            <w:r>
              <w:rPr>
                <w:b/>
              </w:rPr>
              <w:t>Date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033A" w14:textId="77777777" w:rsidR="000031C1" w:rsidRDefault="000031C1"/>
        </w:tc>
      </w:tr>
    </w:tbl>
    <w:p w14:paraId="68100164" w14:textId="77777777" w:rsidR="000031C1" w:rsidRDefault="000031C1"/>
    <w:sectPr w:rsidR="000031C1" w:rsidSect="00604673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350" w:right="1008" w:bottom="936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A59B5" w14:textId="77777777" w:rsidR="00AA432B" w:rsidRDefault="00AA432B" w:rsidP="00BD577D">
      <w:pPr>
        <w:spacing w:after="0" w:line="240" w:lineRule="auto"/>
      </w:pPr>
      <w:r>
        <w:separator/>
      </w:r>
    </w:p>
  </w:endnote>
  <w:endnote w:type="continuationSeparator" w:id="0">
    <w:p w14:paraId="2B88BC07" w14:textId="77777777" w:rsidR="00AA432B" w:rsidRDefault="00AA432B" w:rsidP="00BD5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E5871" w14:textId="016CD4FB" w:rsidR="00BD577D" w:rsidRDefault="00D508E7" w:rsidP="00D62C12">
    <w:pPr>
      <w:pStyle w:val="Footer"/>
      <w:pBdr>
        <w:top w:val="single" w:sz="4" w:space="1" w:color="auto"/>
      </w:pBdr>
    </w:pPr>
    <w:r>
      <w:tab/>
    </w:r>
    <w:r w:rsidR="00233C28">
      <w:tab/>
    </w: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08B5" w14:textId="60A49651" w:rsidR="00D62C12" w:rsidRDefault="00D62C12" w:rsidP="00D62C12">
    <w:pPr>
      <w:pStyle w:val="Footer"/>
      <w:pBdr>
        <w:top w:val="single" w:sz="4" w:space="1" w:color="auto"/>
      </w:pBdr>
    </w:pPr>
    <w:r>
      <w:tab/>
    </w: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73E385B4" w14:textId="2505D218" w:rsidR="0086510E" w:rsidRDefault="0086510E" w:rsidP="00D62C12">
    <w:pPr>
      <w:pStyle w:val="Footer"/>
      <w:pBdr>
        <w:top w:val="single" w:sz="4" w:space="1" w:color="auto"/>
      </w:pBd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88C7F" w14:textId="77777777" w:rsidR="00AA432B" w:rsidRDefault="00AA432B" w:rsidP="00BD577D">
      <w:pPr>
        <w:spacing w:after="0" w:line="240" w:lineRule="auto"/>
      </w:pPr>
      <w:r>
        <w:separator/>
      </w:r>
    </w:p>
  </w:footnote>
  <w:footnote w:type="continuationSeparator" w:id="0">
    <w:p w14:paraId="73490823" w14:textId="77777777" w:rsidR="00AA432B" w:rsidRDefault="00AA432B" w:rsidP="00BD5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57652" w14:textId="77777777" w:rsidR="005D0990" w:rsidRDefault="00D62C12">
    <w:pPr>
      <w:pStyle w:val="Header"/>
    </w:pPr>
    <w:r w:rsidRPr="003F15D2">
      <w:t>D</w:t>
    </w:r>
    <w:r>
      <w:t>elaware River Joint Toll Bridge Commission</w:t>
    </w:r>
    <w:r>
      <w:tab/>
    </w:r>
    <w:r>
      <w:tab/>
    </w:r>
    <w:r w:rsidRPr="003F15D2">
      <w:t xml:space="preserve">Contract No. </w:t>
    </w:r>
  </w:p>
  <w:p w14:paraId="586A7BA1" w14:textId="77777777" w:rsidR="00D62C12" w:rsidRDefault="0063079E" w:rsidP="00D62C12">
    <w:pPr>
      <w:pStyle w:val="Header"/>
      <w:tabs>
        <w:tab w:val="clear" w:pos="9360"/>
        <w:tab w:val="right" w:pos="10404"/>
      </w:tabs>
    </w:pPr>
    <w:r w:rsidRPr="0063079E">
      <w:t>C-798A</w:t>
    </w:r>
    <w:r w:rsidR="00D62C12">
      <w:t>,</w:t>
    </w:r>
    <w:r w:rsidRPr="0063079E">
      <w:t xml:space="preserve"> Capital Project 2336A</w:t>
    </w:r>
  </w:p>
  <w:p w14:paraId="0815AAFB" w14:textId="77777777" w:rsidR="00D62C12" w:rsidRDefault="00D62C12" w:rsidP="00D62C12">
    <w:pPr>
      <w:pStyle w:val="Header"/>
      <w:pBdr>
        <w:bottom w:val="single" w:sz="4" w:space="1" w:color="auto"/>
      </w:pBdr>
      <w:tabs>
        <w:tab w:val="clear" w:pos="9360"/>
        <w:tab w:val="right" w:pos="10404"/>
      </w:tabs>
    </w:pPr>
    <w:r>
      <w:t xml:space="preserve">Request for Proposals </w:t>
    </w:r>
    <w:r>
      <w:tab/>
    </w:r>
    <w:r>
      <w:tab/>
    </w:r>
    <w:r w:rsidRPr="003F15D2">
      <w:t>Enterprise Resource Planning (</w:t>
    </w:r>
    <w:r w:rsidR="0063079E" w:rsidRPr="0063079E">
      <w:t>ERP</w:t>
    </w:r>
    <w:r w:rsidRPr="003F15D2">
      <w:t>) Syste</w:t>
    </w:r>
    <w:r>
      <w:t>m</w:t>
    </w:r>
  </w:p>
  <w:p w14:paraId="46902894" w14:textId="77E81A19" w:rsidR="00D62C12" w:rsidRDefault="00D62C12" w:rsidP="00D62C12">
    <w:pPr>
      <w:pStyle w:val="Header"/>
      <w:pBdr>
        <w:bottom w:val="single" w:sz="4" w:space="1" w:color="auto"/>
      </w:pBdr>
      <w:tabs>
        <w:tab w:val="clear" w:pos="9360"/>
        <w:tab w:val="right" w:pos="10404"/>
      </w:tabs>
    </w:pPr>
    <w:r>
      <w:tab/>
    </w:r>
    <w:r>
      <w:tab/>
    </w:r>
    <w:r w:rsidR="00A07942" w:rsidRPr="00A07942">
      <w:t>Exhibit H</w:t>
    </w:r>
  </w:p>
  <w:p w14:paraId="4A623C43" w14:textId="3E47829C" w:rsidR="00BD577D" w:rsidRDefault="00BD57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0BB07" w14:textId="77777777" w:rsidR="00D62C12" w:rsidRDefault="00D62C12" w:rsidP="00D62C12">
    <w:pPr>
      <w:pStyle w:val="Header"/>
      <w:tabs>
        <w:tab w:val="clear" w:pos="9360"/>
        <w:tab w:val="right" w:pos="10404"/>
      </w:tabs>
    </w:pPr>
    <w:r w:rsidRPr="003F15D2">
      <w:t>D</w:t>
    </w:r>
    <w:r>
      <w:t>elaware River Joint Toll Bridge Commission</w:t>
    </w:r>
    <w:r>
      <w:tab/>
    </w:r>
    <w:r>
      <w:tab/>
    </w:r>
    <w:r w:rsidRPr="003F15D2">
      <w:t>Contract No. C-798A</w:t>
    </w:r>
    <w:r>
      <w:t>, Capital Project 2336A</w:t>
    </w:r>
  </w:p>
  <w:p w14:paraId="6C03DA7A" w14:textId="77777777" w:rsidR="00D62C12" w:rsidRDefault="00D62C12" w:rsidP="00D62C12">
    <w:pPr>
      <w:pStyle w:val="Header"/>
      <w:pBdr>
        <w:bottom w:val="single" w:sz="4" w:space="1" w:color="auto"/>
      </w:pBdr>
      <w:tabs>
        <w:tab w:val="clear" w:pos="9360"/>
        <w:tab w:val="right" w:pos="10404"/>
      </w:tabs>
    </w:pPr>
    <w:r>
      <w:t xml:space="preserve">Request for Proposals </w:t>
    </w:r>
    <w:r>
      <w:tab/>
    </w:r>
    <w:r>
      <w:tab/>
    </w:r>
    <w:r w:rsidRPr="003F15D2">
      <w:t>Enterprise Resource Planning (ERP) Syste</w:t>
    </w:r>
    <w:r>
      <w:t>m</w:t>
    </w:r>
  </w:p>
  <w:p w14:paraId="6AE1597A" w14:textId="77777777" w:rsidR="00D62C12" w:rsidRDefault="00D62C12" w:rsidP="00D62C12">
    <w:pPr>
      <w:pStyle w:val="Header"/>
      <w:pBdr>
        <w:bottom w:val="single" w:sz="4" w:space="1" w:color="auto"/>
      </w:pBdr>
      <w:tabs>
        <w:tab w:val="clear" w:pos="9360"/>
        <w:tab w:val="right" w:pos="10404"/>
      </w:tabs>
    </w:pPr>
    <w:r>
      <w:tab/>
    </w:r>
    <w:r>
      <w:tab/>
      <w:t>Exhibit H</w:t>
    </w:r>
  </w:p>
  <w:p w14:paraId="62329188" w14:textId="77777777" w:rsidR="00D62C12" w:rsidRPr="00D62C12" w:rsidRDefault="00D62C12" w:rsidP="00D62C12">
    <w:pPr>
      <w:pStyle w:val="Header"/>
    </w:pPr>
  </w:p>
  <w:p w14:paraId="7554AC75" w14:textId="21AB4734" w:rsidR="0086510E" w:rsidRDefault="008651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7737132">
    <w:abstractNumId w:val="8"/>
  </w:num>
  <w:num w:numId="2" w16cid:durableId="1562213728">
    <w:abstractNumId w:val="6"/>
  </w:num>
  <w:num w:numId="3" w16cid:durableId="1834640858">
    <w:abstractNumId w:val="5"/>
  </w:num>
  <w:num w:numId="4" w16cid:durableId="1314020459">
    <w:abstractNumId w:val="4"/>
  </w:num>
  <w:num w:numId="5" w16cid:durableId="962809163">
    <w:abstractNumId w:val="7"/>
  </w:num>
  <w:num w:numId="6" w16cid:durableId="451896833">
    <w:abstractNumId w:val="3"/>
  </w:num>
  <w:num w:numId="7" w16cid:durableId="1380016068">
    <w:abstractNumId w:val="2"/>
  </w:num>
  <w:num w:numId="8" w16cid:durableId="1756707564">
    <w:abstractNumId w:val="1"/>
  </w:num>
  <w:num w:numId="9" w16cid:durableId="1032342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9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1C1"/>
    <w:rsid w:val="000065BC"/>
    <w:rsid w:val="00012A1C"/>
    <w:rsid w:val="00034616"/>
    <w:rsid w:val="0006063C"/>
    <w:rsid w:val="00076BAC"/>
    <w:rsid w:val="0015074B"/>
    <w:rsid w:val="001E1AC8"/>
    <w:rsid w:val="001E566A"/>
    <w:rsid w:val="00225036"/>
    <w:rsid w:val="00233C28"/>
    <w:rsid w:val="0029639D"/>
    <w:rsid w:val="002D4BCF"/>
    <w:rsid w:val="002E7CDB"/>
    <w:rsid w:val="00326F90"/>
    <w:rsid w:val="00337C6C"/>
    <w:rsid w:val="00391BF2"/>
    <w:rsid w:val="003F2345"/>
    <w:rsid w:val="00403871"/>
    <w:rsid w:val="004B1A12"/>
    <w:rsid w:val="0050792E"/>
    <w:rsid w:val="0051460B"/>
    <w:rsid w:val="00534662"/>
    <w:rsid w:val="00573AFB"/>
    <w:rsid w:val="005869AB"/>
    <w:rsid w:val="005D0990"/>
    <w:rsid w:val="00604673"/>
    <w:rsid w:val="0063079E"/>
    <w:rsid w:val="006448C4"/>
    <w:rsid w:val="007A18A6"/>
    <w:rsid w:val="007E1663"/>
    <w:rsid w:val="007F1BF4"/>
    <w:rsid w:val="0086510E"/>
    <w:rsid w:val="00872715"/>
    <w:rsid w:val="008924F2"/>
    <w:rsid w:val="009278D2"/>
    <w:rsid w:val="00977C18"/>
    <w:rsid w:val="00987A87"/>
    <w:rsid w:val="00A07942"/>
    <w:rsid w:val="00A10CDC"/>
    <w:rsid w:val="00A24EAB"/>
    <w:rsid w:val="00A5462B"/>
    <w:rsid w:val="00A924FD"/>
    <w:rsid w:val="00A92644"/>
    <w:rsid w:val="00AA1D8D"/>
    <w:rsid w:val="00AA432B"/>
    <w:rsid w:val="00AD46A3"/>
    <w:rsid w:val="00AE3C0F"/>
    <w:rsid w:val="00B0170B"/>
    <w:rsid w:val="00B47730"/>
    <w:rsid w:val="00B85D3B"/>
    <w:rsid w:val="00B9790A"/>
    <w:rsid w:val="00BA4A2B"/>
    <w:rsid w:val="00BD04AD"/>
    <w:rsid w:val="00BD1A89"/>
    <w:rsid w:val="00BD577D"/>
    <w:rsid w:val="00C808F3"/>
    <w:rsid w:val="00CB0664"/>
    <w:rsid w:val="00CD1A9D"/>
    <w:rsid w:val="00CE6F8E"/>
    <w:rsid w:val="00D05F0F"/>
    <w:rsid w:val="00D508E7"/>
    <w:rsid w:val="00D62C12"/>
    <w:rsid w:val="00DC6C02"/>
    <w:rsid w:val="00DD0042"/>
    <w:rsid w:val="00E03D90"/>
    <w:rsid w:val="00E3593E"/>
    <w:rsid w:val="00FA04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FAA1D1"/>
  <w14:defaultImageDpi w14:val="300"/>
  <w15:docId w15:val="{1CA77632-91AD-46D7-9AD2-F3854AA19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AFB7CD7D2FAC4D82C2B450790BB2E8" ma:contentTypeVersion="12" ma:contentTypeDescription="Create a new document." ma:contentTypeScope="" ma:versionID="4f3fa5c1688e435cc515be0d9e00f3ec">
  <xsd:schema xmlns:xsd="http://www.w3.org/2001/XMLSchema" xmlns:xs="http://www.w3.org/2001/XMLSchema" xmlns:p="http://schemas.microsoft.com/office/2006/metadata/properties" xmlns:ns2="45002a02-0a47-4736-b1bf-871c1a98bd48" xmlns:ns3="12b8b212-1cc2-4a6f-bfe0-eddd2e5d1661" targetNamespace="http://schemas.microsoft.com/office/2006/metadata/properties" ma:root="true" ma:fieldsID="a32422379e4b741f09fd78d7bf45a55b" ns2:_="" ns3:_="">
    <xsd:import namespace="45002a02-0a47-4736-b1bf-871c1a98bd48"/>
    <xsd:import namespace="12b8b212-1cc2-4a6f-bfe0-eddd2e5d16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Process_x0020_or_x0020_Flow_x0020_Associated_x0020_with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02a02-0a47-4736-b1bf-871c1a98b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Process_x0020_or_x0020_Flow_x0020_Associated_x0020_with" ma:index="15" nillable="true" ma:displayName="Process or Flow Associated with" ma:internalName="Process_x0020_or_x0020_Flow_x0020_Associated_x0020_with">
      <xsd:simpleType>
        <xsd:restriction base="dms:Text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3b887a6-5198-46b2-a514-09f18e5dfa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8b212-1cc2-4a6f-bfe0-eddd2e5d166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59017c8-dce2-4514-96ce-d314cc1084da}" ma:internalName="TaxCatchAll" ma:showField="CatchAllData" ma:web="12b8b212-1cc2-4a6f-bfe0-eddd2e5d16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002a02-0a47-4736-b1bf-871c1a98bd48">
      <Terms xmlns="http://schemas.microsoft.com/office/infopath/2007/PartnerControls"/>
    </lcf76f155ced4ddcb4097134ff3c332f>
    <TaxCatchAll xmlns="12b8b212-1cc2-4a6f-bfe0-eddd2e5d1661" xsi:nil="true"/>
    <Process_x0020_or_x0020_Flow_x0020_Associated_x0020_with xmlns="45002a02-0a47-4736-b1bf-871c1a98bd4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F39F11-B2C1-43D6-BA78-F8C8FBBDF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02a02-0a47-4736-b1bf-871c1a98bd48"/>
    <ds:schemaRef ds:uri="12b8b212-1cc2-4a6f-bfe0-eddd2e5d16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E0E14B-B22F-4FA7-90D1-9FBFD1816E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FFE7F5-0141-4A5F-93FB-15FFE984D566}">
  <ds:schemaRefs>
    <ds:schemaRef ds:uri="http://schemas.microsoft.com/office/2006/metadata/properties"/>
    <ds:schemaRef ds:uri="http://schemas.microsoft.com/office/infopath/2007/PartnerControls"/>
    <ds:schemaRef ds:uri="45002a02-0a47-4736-b1bf-871c1a98bd48"/>
    <ds:schemaRef ds:uri="12b8b212-1cc2-4a6f-bfe0-eddd2e5d1661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A. Vendor and Reference Identification</vt:lpstr>
      <vt:lpstr>    B. Implementation Profile</vt:lpstr>
      <vt:lpstr>    C. Comparable Experience</vt:lpstr>
      <vt:lpstr>    D. Reference Certification</vt:lpstr>
    </vt:vector>
  </TitlesOfParts>
  <Manager/>
  <Company/>
  <LinksUpToDate>false</LinksUpToDate>
  <CharactersWithSpaces>2124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DRJTBC Contract No. C-798A - Capital Project 2336A - Enterprise Resource Planning (ERP) System RFP Exhibit H Client Reference Form</dc:title>
  <dc:subject/>
  <dc:creator>Andres Cano</dc:creator>
  <cp:keywords/>
  <dc:description/>
  <cp:lastModifiedBy>Andres Cano</cp:lastModifiedBy>
  <cp:revision>10</cp:revision>
  <dcterms:created xsi:type="dcterms:W3CDTF">2026-10-16T05:16:00Z</dcterms:created>
  <dcterms:modified xsi:type="dcterms:W3CDTF">2026-10-16T14:49:00Z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dbda098f-3395-4a95-ab66-6cb74ce88853</vt:lpwstr>
  </property>
  <property fmtid="{D5CDD505-2E9C-101B-9397-08002B2CF9AE}" pid="3" name="ContentTypeId">
    <vt:lpwstr>0x0101008AAFB7CD7D2FAC4D82C2B450790BB2E8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